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3867A" w14:textId="77777777" w:rsidR="00E758DB" w:rsidRDefault="00E758DB">
      <w:pPr>
        <w:jc w:val="center"/>
        <w:rPr>
          <w:rFonts w:ascii="Arial" w:hAnsi="Arial"/>
          <w:b/>
          <w:color w:val="646464"/>
          <w:sz w:val="24"/>
        </w:rPr>
      </w:pPr>
    </w:p>
    <w:p w14:paraId="7E307C36" w14:textId="6F56D958" w:rsidR="00711349" w:rsidRDefault="00E758DB">
      <w:pPr>
        <w:jc w:val="center"/>
      </w:pPr>
      <w:r w:rsidRPr="00E758DB">
        <w:rPr>
          <w:rFonts w:ascii="Arial" w:hAnsi="Arial"/>
          <w:b/>
          <w:color w:val="B42828"/>
          <w:sz w:val="24"/>
          <w:u w:val="thick"/>
        </w:rPr>
        <w:t>TOURNAMENT SCHEDULE</w:t>
      </w:r>
      <w:r w:rsidRPr="00E758DB">
        <w:rPr>
          <w:rFonts w:ascii="Arial" w:hAnsi="Arial"/>
          <w:b/>
          <w:noProof/>
          <w:color w:val="646464"/>
          <w:sz w:val="24"/>
        </w:rPr>
        <w:t xml:space="preserve"> </w:t>
      </w:r>
      <w:r w:rsidRPr="00E758DB">
        <w:rPr>
          <w:rFonts w:ascii="Arial" w:hAnsi="Arial"/>
          <w:b/>
          <w:noProof/>
          <w:color w:val="646464"/>
          <w:sz w:val="24"/>
        </w:rPr>
        <w:drawing>
          <wp:anchor distT="0" distB="0" distL="114300" distR="114300" simplePos="0" relativeHeight="251659264" behindDoc="0" locked="0" layoutInCell="1" allowOverlap="1" wp14:anchorId="53E0BBCE" wp14:editId="7EE142B7">
            <wp:simplePos x="0" y="0"/>
            <wp:positionH relativeFrom="column">
              <wp:posOffset>5646420</wp:posOffset>
            </wp:positionH>
            <wp:positionV relativeFrom="paragraph">
              <wp:posOffset>-53340</wp:posOffset>
            </wp:positionV>
            <wp:extent cx="937260" cy="922020"/>
            <wp:effectExtent l="0" t="0" r="0" b="0"/>
            <wp:wrapNone/>
            <wp:docPr id="2106338356"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7260" cy="922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58DB">
        <w:rPr>
          <w:rFonts w:ascii="Arial" w:hAnsi="Arial"/>
          <w:b/>
          <w:noProof/>
          <w:color w:val="B42828"/>
          <w:sz w:val="24"/>
        </w:rPr>
        <w:drawing>
          <wp:anchor distT="0" distB="0" distL="114300" distR="114300" simplePos="0" relativeHeight="251658240" behindDoc="0" locked="0" layoutInCell="1" allowOverlap="1" wp14:anchorId="41DB32D6" wp14:editId="5CF8B254">
            <wp:simplePos x="0" y="0"/>
            <wp:positionH relativeFrom="column">
              <wp:posOffset>-320040</wp:posOffset>
            </wp:positionH>
            <wp:positionV relativeFrom="paragraph">
              <wp:posOffset>-213360</wp:posOffset>
            </wp:positionV>
            <wp:extent cx="1089660" cy="1059180"/>
            <wp:effectExtent l="0" t="0" r="0" b="7620"/>
            <wp:wrapNone/>
            <wp:docPr id="186100864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9660" cy="10591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b/>
          <w:color w:val="646464"/>
          <w:sz w:val="24"/>
        </w:rPr>
        <w:t xml:space="preserve"> </w:t>
      </w:r>
      <w:r w:rsidR="001851CA">
        <w:rPr>
          <w:rFonts w:ascii="Arial" w:hAnsi="Arial"/>
          <w:b/>
          <w:color w:val="646464"/>
          <w:sz w:val="24"/>
        </w:rPr>
        <w:br/>
      </w:r>
      <w:r w:rsidR="001851CA">
        <w:rPr>
          <w:rFonts w:ascii="Arial" w:hAnsi="Arial"/>
          <w:b/>
          <w:color w:val="14233C"/>
          <w:sz w:val="36"/>
        </w:rPr>
        <w:t>6th JIYUTAIDO WORLD TOURNAMENT</w:t>
      </w:r>
      <w:r w:rsidR="001851CA">
        <w:rPr>
          <w:rFonts w:ascii="Arial" w:hAnsi="Arial"/>
          <w:b/>
          <w:color w:val="14233C"/>
          <w:sz w:val="36"/>
        </w:rPr>
        <w:br/>
      </w:r>
      <w:r w:rsidR="009333CA">
        <w:rPr>
          <w:rFonts w:ascii="Arial" w:hAnsi="Arial"/>
          <w:b/>
          <w:color w:val="B42828"/>
          <w:sz w:val="24"/>
        </w:rPr>
        <w:t>DECEMBER</w:t>
      </w:r>
      <w:r w:rsidR="001851CA">
        <w:rPr>
          <w:rFonts w:ascii="Arial" w:hAnsi="Arial"/>
          <w:b/>
          <w:color w:val="B42828"/>
          <w:sz w:val="24"/>
        </w:rPr>
        <w:t xml:space="preserve"> </w:t>
      </w:r>
      <w:r w:rsidR="009333CA">
        <w:rPr>
          <w:rFonts w:ascii="Arial" w:hAnsi="Arial"/>
          <w:b/>
          <w:color w:val="B42828"/>
          <w:sz w:val="24"/>
        </w:rPr>
        <w:t>3-6</w:t>
      </w:r>
      <w:r w:rsidR="001851CA">
        <w:rPr>
          <w:rFonts w:ascii="Arial" w:hAnsi="Arial"/>
          <w:b/>
          <w:color w:val="B42828"/>
          <w:sz w:val="24"/>
        </w:rPr>
        <w:t xml:space="preserve">, </w:t>
      </w:r>
      <w:proofErr w:type="gramStart"/>
      <w:r w:rsidR="001851CA">
        <w:rPr>
          <w:rFonts w:ascii="Arial" w:hAnsi="Arial"/>
          <w:b/>
          <w:color w:val="B42828"/>
          <w:sz w:val="24"/>
        </w:rPr>
        <w:t>2026</w:t>
      </w:r>
      <w:proofErr w:type="gramEnd"/>
      <w:r w:rsidR="001851CA">
        <w:rPr>
          <w:rFonts w:ascii="Arial" w:hAnsi="Arial"/>
          <w:b/>
          <w:color w:val="B42828"/>
          <w:sz w:val="24"/>
        </w:rPr>
        <w:t xml:space="preserve"> | ISTANBUL / TÜRKIYE</w:t>
      </w:r>
    </w:p>
    <w:p w14:paraId="251A20C0" w14:textId="77777777" w:rsidR="00711349" w:rsidRDefault="00711349"/>
    <w:p w14:paraId="7EE7E8FB" w14:textId="77777777" w:rsidR="00E758DB" w:rsidRDefault="00E758DB"/>
    <w:tbl>
      <w:tblPr>
        <w:tblW w:w="0" w:type="auto"/>
        <w:jc w:val="center"/>
        <w:tblBorders>
          <w:top w:val="single" w:sz="4" w:space="0" w:color="D0D0D0"/>
          <w:bottom w:val="single" w:sz="4" w:space="0" w:color="D0D0D0"/>
          <w:insideH w:val="single" w:sz="4" w:space="0" w:color="D0D0D0"/>
        </w:tblBorders>
        <w:tblLook w:val="04A0" w:firstRow="1" w:lastRow="0" w:firstColumn="1" w:lastColumn="0" w:noHBand="0" w:noVBand="1"/>
      </w:tblPr>
      <w:tblGrid>
        <w:gridCol w:w="2160"/>
        <w:gridCol w:w="2160"/>
        <w:gridCol w:w="5472"/>
      </w:tblGrid>
      <w:tr w:rsidR="00711349" w14:paraId="72928D16" w14:textId="77777777">
        <w:trPr>
          <w:jc w:val="center"/>
        </w:trPr>
        <w:tc>
          <w:tcPr>
            <w:tcW w:w="2160" w:type="dxa"/>
            <w:shd w:val="clear" w:color="auto" w:fill="1F3864"/>
            <w:tcMar>
              <w:top w:w="120" w:type="dxa"/>
              <w:left w:w="120" w:type="dxa"/>
              <w:bottom w:w="120" w:type="dxa"/>
              <w:right w:w="120" w:type="dxa"/>
            </w:tcMar>
          </w:tcPr>
          <w:p w14:paraId="76672643" w14:textId="77777777" w:rsidR="00711349" w:rsidRDefault="001851CA">
            <w:r>
              <w:rPr>
                <w:rFonts w:ascii="Arial" w:hAnsi="Arial"/>
                <w:b/>
                <w:color w:val="FFFFFF"/>
              </w:rPr>
              <w:t>Tarih / Date</w:t>
            </w:r>
          </w:p>
        </w:tc>
        <w:tc>
          <w:tcPr>
            <w:tcW w:w="2160" w:type="dxa"/>
            <w:shd w:val="clear" w:color="auto" w:fill="1F3864"/>
            <w:tcMar>
              <w:top w:w="120" w:type="dxa"/>
              <w:left w:w="120" w:type="dxa"/>
              <w:bottom w:w="120" w:type="dxa"/>
              <w:right w:w="120" w:type="dxa"/>
            </w:tcMar>
          </w:tcPr>
          <w:p w14:paraId="6E33C13D" w14:textId="77777777" w:rsidR="00711349" w:rsidRDefault="001851CA">
            <w:r>
              <w:rPr>
                <w:rFonts w:ascii="Arial" w:hAnsi="Arial"/>
                <w:b/>
                <w:color w:val="FFFFFF"/>
              </w:rPr>
              <w:t>Saat / Time</w:t>
            </w:r>
          </w:p>
        </w:tc>
        <w:tc>
          <w:tcPr>
            <w:tcW w:w="5472" w:type="dxa"/>
            <w:shd w:val="clear" w:color="auto" w:fill="1F3864"/>
            <w:tcMar>
              <w:top w:w="120" w:type="dxa"/>
              <w:left w:w="120" w:type="dxa"/>
              <w:bottom w:w="120" w:type="dxa"/>
              <w:right w:w="120" w:type="dxa"/>
            </w:tcMar>
          </w:tcPr>
          <w:p w14:paraId="52892663" w14:textId="77777777" w:rsidR="00711349" w:rsidRDefault="001851CA">
            <w:r>
              <w:rPr>
                <w:rFonts w:ascii="Arial" w:hAnsi="Arial"/>
                <w:b/>
                <w:color w:val="FFFFFF"/>
              </w:rPr>
              <w:t xml:space="preserve">Program </w:t>
            </w:r>
            <w:proofErr w:type="spellStart"/>
            <w:r>
              <w:rPr>
                <w:rFonts w:ascii="Arial" w:hAnsi="Arial"/>
                <w:b/>
                <w:color w:val="FFFFFF"/>
              </w:rPr>
              <w:t>Detayı</w:t>
            </w:r>
            <w:proofErr w:type="spellEnd"/>
            <w:r>
              <w:rPr>
                <w:rFonts w:ascii="Arial" w:hAnsi="Arial"/>
                <w:b/>
                <w:color w:val="FFFFFF"/>
              </w:rPr>
              <w:t xml:space="preserve"> / Event Description</w:t>
            </w:r>
          </w:p>
        </w:tc>
      </w:tr>
      <w:tr w:rsidR="00711349" w14:paraId="53796506" w14:textId="77777777">
        <w:trPr>
          <w:jc w:val="center"/>
        </w:trPr>
        <w:tc>
          <w:tcPr>
            <w:tcW w:w="2160" w:type="dxa"/>
            <w:shd w:val="clear" w:color="auto" w:fill="F2F5F9"/>
            <w:tcMar>
              <w:top w:w="100" w:type="dxa"/>
              <w:left w:w="120" w:type="dxa"/>
              <w:bottom w:w="100" w:type="dxa"/>
              <w:right w:w="120" w:type="dxa"/>
            </w:tcMar>
            <w:vAlign w:val="center"/>
          </w:tcPr>
          <w:p w14:paraId="7B3B7F1F" w14:textId="42A9B4BC" w:rsidR="00711349" w:rsidRDefault="009333CA">
            <w:r>
              <w:rPr>
                <w:rFonts w:ascii="Arial" w:hAnsi="Arial"/>
                <w:b/>
                <w:color w:val="14233C"/>
                <w:sz w:val="20"/>
              </w:rPr>
              <w:t>03.12</w:t>
            </w:r>
            <w:r w:rsidR="001851CA">
              <w:rPr>
                <w:rFonts w:ascii="Arial" w:hAnsi="Arial"/>
                <w:b/>
                <w:color w:val="14233C"/>
                <w:sz w:val="20"/>
              </w:rPr>
              <w:t>.2026</w:t>
            </w:r>
          </w:p>
        </w:tc>
        <w:tc>
          <w:tcPr>
            <w:tcW w:w="2160" w:type="dxa"/>
            <w:shd w:val="clear" w:color="auto" w:fill="F2F5F9"/>
            <w:tcMar>
              <w:top w:w="100" w:type="dxa"/>
              <w:left w:w="120" w:type="dxa"/>
              <w:bottom w:w="100" w:type="dxa"/>
              <w:right w:w="120" w:type="dxa"/>
            </w:tcMar>
            <w:vAlign w:val="center"/>
          </w:tcPr>
          <w:p w14:paraId="3488CB50" w14:textId="77777777" w:rsidR="00711349" w:rsidRDefault="001851CA">
            <w:r>
              <w:rPr>
                <w:rFonts w:ascii="Arial" w:hAnsi="Arial"/>
                <w:sz w:val="20"/>
              </w:rPr>
              <w:t>00:00 - 23:59</w:t>
            </w:r>
          </w:p>
        </w:tc>
        <w:tc>
          <w:tcPr>
            <w:tcW w:w="5472" w:type="dxa"/>
            <w:shd w:val="clear" w:color="auto" w:fill="F2F5F9"/>
            <w:tcMar>
              <w:top w:w="100" w:type="dxa"/>
              <w:left w:w="120" w:type="dxa"/>
              <w:bottom w:w="100" w:type="dxa"/>
              <w:right w:w="120" w:type="dxa"/>
            </w:tcMar>
            <w:vAlign w:val="center"/>
          </w:tcPr>
          <w:p w14:paraId="7EEC8A0F" w14:textId="77777777" w:rsidR="00711349" w:rsidRDefault="001851CA">
            <w:r>
              <w:rPr>
                <w:rFonts w:ascii="Arial" w:hAnsi="Arial"/>
                <w:sz w:val="20"/>
              </w:rPr>
              <w:t>Arrival Teams</w:t>
            </w:r>
          </w:p>
        </w:tc>
      </w:tr>
      <w:tr w:rsidR="00711349" w14:paraId="775D14B7" w14:textId="77777777">
        <w:trPr>
          <w:jc w:val="center"/>
        </w:trPr>
        <w:tc>
          <w:tcPr>
            <w:tcW w:w="2160" w:type="dxa"/>
            <w:shd w:val="clear" w:color="auto" w:fill="FFFFFF"/>
            <w:tcMar>
              <w:top w:w="100" w:type="dxa"/>
              <w:left w:w="120" w:type="dxa"/>
              <w:bottom w:w="100" w:type="dxa"/>
              <w:right w:w="120" w:type="dxa"/>
            </w:tcMar>
            <w:vAlign w:val="center"/>
          </w:tcPr>
          <w:p w14:paraId="73256F84" w14:textId="223C8209" w:rsidR="00711349" w:rsidRDefault="009333CA">
            <w:r>
              <w:rPr>
                <w:rFonts w:ascii="Arial" w:hAnsi="Arial"/>
                <w:b/>
                <w:color w:val="14233C"/>
                <w:sz w:val="20"/>
              </w:rPr>
              <w:t>04.12</w:t>
            </w:r>
            <w:r w:rsidR="001851CA">
              <w:rPr>
                <w:rFonts w:ascii="Arial" w:hAnsi="Arial"/>
                <w:b/>
                <w:color w:val="14233C"/>
                <w:sz w:val="20"/>
              </w:rPr>
              <w:t>.2026</w:t>
            </w:r>
          </w:p>
        </w:tc>
        <w:tc>
          <w:tcPr>
            <w:tcW w:w="2160" w:type="dxa"/>
            <w:shd w:val="clear" w:color="auto" w:fill="FFFFFF"/>
            <w:tcMar>
              <w:top w:w="100" w:type="dxa"/>
              <w:left w:w="120" w:type="dxa"/>
              <w:bottom w:w="100" w:type="dxa"/>
              <w:right w:w="120" w:type="dxa"/>
            </w:tcMar>
            <w:vAlign w:val="center"/>
          </w:tcPr>
          <w:p w14:paraId="7E342112" w14:textId="77777777" w:rsidR="00711349" w:rsidRDefault="001851CA">
            <w:r>
              <w:rPr>
                <w:rFonts w:ascii="Arial" w:hAnsi="Arial"/>
                <w:sz w:val="20"/>
              </w:rPr>
              <w:t>00:00 - 23:59</w:t>
            </w:r>
          </w:p>
        </w:tc>
        <w:tc>
          <w:tcPr>
            <w:tcW w:w="5472" w:type="dxa"/>
            <w:shd w:val="clear" w:color="auto" w:fill="FFFFFF"/>
            <w:tcMar>
              <w:top w:w="100" w:type="dxa"/>
              <w:left w:w="120" w:type="dxa"/>
              <w:bottom w:w="100" w:type="dxa"/>
              <w:right w:w="120" w:type="dxa"/>
            </w:tcMar>
            <w:vAlign w:val="center"/>
          </w:tcPr>
          <w:p w14:paraId="30E5B4FD" w14:textId="77777777" w:rsidR="00711349" w:rsidRDefault="001851CA">
            <w:r>
              <w:rPr>
                <w:rFonts w:ascii="Arial" w:hAnsi="Arial"/>
                <w:sz w:val="20"/>
              </w:rPr>
              <w:t>Arrival Teams</w:t>
            </w:r>
          </w:p>
        </w:tc>
      </w:tr>
      <w:tr w:rsidR="00711349" w14:paraId="52CA52B9" w14:textId="77777777">
        <w:trPr>
          <w:jc w:val="center"/>
        </w:trPr>
        <w:tc>
          <w:tcPr>
            <w:tcW w:w="2160" w:type="dxa"/>
            <w:shd w:val="clear" w:color="auto" w:fill="F2F5F9"/>
            <w:tcMar>
              <w:top w:w="100" w:type="dxa"/>
              <w:left w:w="120" w:type="dxa"/>
              <w:bottom w:w="100" w:type="dxa"/>
              <w:right w:w="120" w:type="dxa"/>
            </w:tcMar>
            <w:vAlign w:val="center"/>
          </w:tcPr>
          <w:p w14:paraId="48F0A345" w14:textId="77777777" w:rsidR="00711349" w:rsidRDefault="00711349"/>
        </w:tc>
        <w:tc>
          <w:tcPr>
            <w:tcW w:w="2160" w:type="dxa"/>
            <w:shd w:val="clear" w:color="auto" w:fill="F2F5F9"/>
            <w:tcMar>
              <w:top w:w="100" w:type="dxa"/>
              <w:left w:w="120" w:type="dxa"/>
              <w:bottom w:w="100" w:type="dxa"/>
              <w:right w:w="120" w:type="dxa"/>
            </w:tcMar>
            <w:vAlign w:val="center"/>
          </w:tcPr>
          <w:p w14:paraId="52B47265" w14:textId="77777777" w:rsidR="00711349" w:rsidRDefault="001851CA">
            <w:r>
              <w:rPr>
                <w:rFonts w:ascii="Arial" w:hAnsi="Arial"/>
                <w:sz w:val="20"/>
              </w:rPr>
              <w:t>15:00 - 18:00</w:t>
            </w:r>
          </w:p>
        </w:tc>
        <w:tc>
          <w:tcPr>
            <w:tcW w:w="5472" w:type="dxa"/>
            <w:shd w:val="clear" w:color="auto" w:fill="F2F5F9"/>
            <w:tcMar>
              <w:top w:w="100" w:type="dxa"/>
              <w:left w:w="120" w:type="dxa"/>
              <w:bottom w:w="100" w:type="dxa"/>
              <w:right w:w="120" w:type="dxa"/>
            </w:tcMar>
            <w:vAlign w:val="center"/>
          </w:tcPr>
          <w:p w14:paraId="6F956ED8" w14:textId="77777777" w:rsidR="00711349" w:rsidRDefault="001851CA">
            <w:r>
              <w:rPr>
                <w:rFonts w:ascii="Arial" w:hAnsi="Arial"/>
                <w:sz w:val="20"/>
              </w:rPr>
              <w:t>Athlete registration &amp; weighing control procedures</w:t>
            </w:r>
          </w:p>
        </w:tc>
      </w:tr>
      <w:tr w:rsidR="00711349" w14:paraId="020B13BC" w14:textId="77777777">
        <w:trPr>
          <w:jc w:val="center"/>
        </w:trPr>
        <w:tc>
          <w:tcPr>
            <w:tcW w:w="2160" w:type="dxa"/>
            <w:shd w:val="clear" w:color="auto" w:fill="FFFFFF"/>
            <w:tcMar>
              <w:top w:w="100" w:type="dxa"/>
              <w:left w:w="120" w:type="dxa"/>
              <w:bottom w:w="100" w:type="dxa"/>
              <w:right w:w="120" w:type="dxa"/>
            </w:tcMar>
            <w:vAlign w:val="center"/>
          </w:tcPr>
          <w:p w14:paraId="36D45F98" w14:textId="77777777" w:rsidR="00711349" w:rsidRDefault="00711349"/>
        </w:tc>
        <w:tc>
          <w:tcPr>
            <w:tcW w:w="2160" w:type="dxa"/>
            <w:shd w:val="clear" w:color="auto" w:fill="FFFFFF"/>
            <w:tcMar>
              <w:top w:w="100" w:type="dxa"/>
              <w:left w:w="120" w:type="dxa"/>
              <w:bottom w:w="100" w:type="dxa"/>
              <w:right w:w="120" w:type="dxa"/>
            </w:tcMar>
            <w:vAlign w:val="center"/>
          </w:tcPr>
          <w:p w14:paraId="0C6422A3" w14:textId="77777777" w:rsidR="00711349" w:rsidRDefault="001851CA">
            <w:r>
              <w:rPr>
                <w:rFonts w:ascii="Arial" w:hAnsi="Arial"/>
                <w:sz w:val="20"/>
              </w:rPr>
              <w:t>17:00 - 18:00</w:t>
            </w:r>
          </w:p>
        </w:tc>
        <w:tc>
          <w:tcPr>
            <w:tcW w:w="5472" w:type="dxa"/>
            <w:shd w:val="clear" w:color="auto" w:fill="FFFFFF"/>
            <w:tcMar>
              <w:top w:w="100" w:type="dxa"/>
              <w:left w:w="120" w:type="dxa"/>
              <w:bottom w:w="100" w:type="dxa"/>
              <w:right w:w="120" w:type="dxa"/>
            </w:tcMar>
            <w:vAlign w:val="center"/>
          </w:tcPr>
          <w:p w14:paraId="78918793" w14:textId="77777777" w:rsidR="00711349" w:rsidRDefault="001851CA">
            <w:r>
              <w:rPr>
                <w:rFonts w:ascii="Arial" w:hAnsi="Arial"/>
                <w:sz w:val="20"/>
              </w:rPr>
              <w:t>World Championship Evaluation Meeting with National Team Coaches and Country Representatives</w:t>
            </w:r>
          </w:p>
        </w:tc>
      </w:tr>
      <w:tr w:rsidR="00711349" w14:paraId="4F971347" w14:textId="77777777">
        <w:trPr>
          <w:jc w:val="center"/>
        </w:trPr>
        <w:tc>
          <w:tcPr>
            <w:tcW w:w="2160" w:type="dxa"/>
            <w:shd w:val="clear" w:color="auto" w:fill="F2F5F9"/>
            <w:tcMar>
              <w:top w:w="100" w:type="dxa"/>
              <w:left w:w="120" w:type="dxa"/>
              <w:bottom w:w="100" w:type="dxa"/>
              <w:right w:w="120" w:type="dxa"/>
            </w:tcMar>
            <w:vAlign w:val="center"/>
          </w:tcPr>
          <w:p w14:paraId="7E00B409" w14:textId="77777777" w:rsidR="00711349" w:rsidRDefault="00711349"/>
        </w:tc>
        <w:tc>
          <w:tcPr>
            <w:tcW w:w="2160" w:type="dxa"/>
            <w:shd w:val="clear" w:color="auto" w:fill="F2F5F9"/>
            <w:tcMar>
              <w:top w:w="100" w:type="dxa"/>
              <w:left w:w="120" w:type="dxa"/>
              <w:bottom w:w="100" w:type="dxa"/>
              <w:right w:w="120" w:type="dxa"/>
            </w:tcMar>
            <w:vAlign w:val="center"/>
          </w:tcPr>
          <w:p w14:paraId="7C07CBEF" w14:textId="77777777" w:rsidR="00711349" w:rsidRDefault="001851CA">
            <w:r>
              <w:rPr>
                <w:rFonts w:ascii="Arial" w:hAnsi="Arial"/>
                <w:sz w:val="20"/>
              </w:rPr>
              <w:t>18:30 - 20:00</w:t>
            </w:r>
          </w:p>
        </w:tc>
        <w:tc>
          <w:tcPr>
            <w:tcW w:w="5472" w:type="dxa"/>
            <w:shd w:val="clear" w:color="auto" w:fill="F2F5F9"/>
            <w:tcMar>
              <w:top w:w="100" w:type="dxa"/>
              <w:left w:w="120" w:type="dxa"/>
              <w:bottom w:w="100" w:type="dxa"/>
              <w:right w:w="120" w:type="dxa"/>
            </w:tcMar>
            <w:vAlign w:val="center"/>
          </w:tcPr>
          <w:p w14:paraId="52277A99" w14:textId="77777777" w:rsidR="00711349" w:rsidRDefault="001851CA">
            <w:proofErr w:type="spellStart"/>
            <w:r>
              <w:rPr>
                <w:rFonts w:ascii="Arial" w:hAnsi="Arial"/>
                <w:sz w:val="20"/>
              </w:rPr>
              <w:t>Refreeing</w:t>
            </w:r>
            <w:proofErr w:type="spellEnd"/>
            <w:r>
              <w:rPr>
                <w:rFonts w:ascii="Arial" w:hAnsi="Arial"/>
                <w:sz w:val="20"/>
              </w:rPr>
              <w:t xml:space="preserve"> Seminar</w:t>
            </w:r>
          </w:p>
        </w:tc>
      </w:tr>
      <w:tr w:rsidR="00711349" w14:paraId="49E8677C" w14:textId="77777777">
        <w:trPr>
          <w:jc w:val="center"/>
        </w:trPr>
        <w:tc>
          <w:tcPr>
            <w:tcW w:w="2160" w:type="dxa"/>
            <w:shd w:val="clear" w:color="auto" w:fill="FFFFFF"/>
            <w:tcMar>
              <w:top w:w="100" w:type="dxa"/>
              <w:left w:w="120" w:type="dxa"/>
              <w:bottom w:w="100" w:type="dxa"/>
              <w:right w:w="120" w:type="dxa"/>
            </w:tcMar>
            <w:vAlign w:val="center"/>
          </w:tcPr>
          <w:p w14:paraId="71CB6082" w14:textId="6CFC7474" w:rsidR="00711349" w:rsidRDefault="009333CA">
            <w:r>
              <w:rPr>
                <w:rFonts w:ascii="Arial" w:hAnsi="Arial"/>
                <w:b/>
                <w:color w:val="14233C"/>
                <w:sz w:val="20"/>
              </w:rPr>
              <w:t>05.12</w:t>
            </w:r>
            <w:r w:rsidR="001851CA">
              <w:rPr>
                <w:rFonts w:ascii="Arial" w:hAnsi="Arial"/>
                <w:b/>
                <w:color w:val="14233C"/>
                <w:sz w:val="20"/>
              </w:rPr>
              <w:t>.2026</w:t>
            </w:r>
          </w:p>
        </w:tc>
        <w:tc>
          <w:tcPr>
            <w:tcW w:w="2160" w:type="dxa"/>
            <w:shd w:val="clear" w:color="auto" w:fill="FFFFFF"/>
            <w:tcMar>
              <w:top w:w="100" w:type="dxa"/>
              <w:left w:w="120" w:type="dxa"/>
              <w:bottom w:w="100" w:type="dxa"/>
              <w:right w:w="120" w:type="dxa"/>
            </w:tcMar>
            <w:vAlign w:val="center"/>
          </w:tcPr>
          <w:p w14:paraId="224253A3" w14:textId="77777777" w:rsidR="00711349" w:rsidRDefault="001851CA">
            <w:r>
              <w:rPr>
                <w:rFonts w:ascii="Arial" w:hAnsi="Arial"/>
                <w:sz w:val="20"/>
              </w:rPr>
              <w:t>08:00 - 08:30</w:t>
            </w:r>
          </w:p>
        </w:tc>
        <w:tc>
          <w:tcPr>
            <w:tcW w:w="5472" w:type="dxa"/>
            <w:shd w:val="clear" w:color="auto" w:fill="FFFFFF"/>
            <w:tcMar>
              <w:top w:w="100" w:type="dxa"/>
              <w:left w:w="120" w:type="dxa"/>
              <w:bottom w:w="100" w:type="dxa"/>
              <w:right w:w="120" w:type="dxa"/>
            </w:tcMar>
            <w:vAlign w:val="center"/>
          </w:tcPr>
          <w:p w14:paraId="658F6A28" w14:textId="77777777" w:rsidR="00711349" w:rsidRDefault="001851CA">
            <w:r>
              <w:rPr>
                <w:rFonts w:ascii="Arial" w:hAnsi="Arial"/>
                <w:sz w:val="20"/>
              </w:rPr>
              <w:t>Opening Ceremony</w:t>
            </w:r>
          </w:p>
        </w:tc>
      </w:tr>
      <w:tr w:rsidR="00711349" w14:paraId="5EB588D4" w14:textId="77777777">
        <w:trPr>
          <w:jc w:val="center"/>
        </w:trPr>
        <w:tc>
          <w:tcPr>
            <w:tcW w:w="2160" w:type="dxa"/>
            <w:shd w:val="clear" w:color="auto" w:fill="F2F5F9"/>
            <w:tcMar>
              <w:top w:w="100" w:type="dxa"/>
              <w:left w:w="120" w:type="dxa"/>
              <w:bottom w:w="100" w:type="dxa"/>
              <w:right w:w="120" w:type="dxa"/>
            </w:tcMar>
            <w:vAlign w:val="center"/>
          </w:tcPr>
          <w:p w14:paraId="73D6C98C" w14:textId="77777777" w:rsidR="00711349" w:rsidRDefault="00711349"/>
        </w:tc>
        <w:tc>
          <w:tcPr>
            <w:tcW w:w="2160" w:type="dxa"/>
            <w:shd w:val="clear" w:color="auto" w:fill="F2F5F9"/>
            <w:tcMar>
              <w:top w:w="100" w:type="dxa"/>
              <w:left w:w="120" w:type="dxa"/>
              <w:bottom w:w="100" w:type="dxa"/>
              <w:right w:w="120" w:type="dxa"/>
            </w:tcMar>
            <w:vAlign w:val="center"/>
          </w:tcPr>
          <w:p w14:paraId="11FF0755" w14:textId="77777777" w:rsidR="00711349" w:rsidRDefault="001851CA">
            <w:r>
              <w:rPr>
                <w:rFonts w:ascii="Arial" w:hAnsi="Arial"/>
                <w:sz w:val="20"/>
              </w:rPr>
              <w:t>09:00 - 13:00</w:t>
            </w:r>
          </w:p>
        </w:tc>
        <w:tc>
          <w:tcPr>
            <w:tcW w:w="5472" w:type="dxa"/>
            <w:shd w:val="clear" w:color="auto" w:fill="F2F5F9"/>
            <w:tcMar>
              <w:top w:w="100" w:type="dxa"/>
              <w:left w:w="120" w:type="dxa"/>
              <w:bottom w:w="100" w:type="dxa"/>
              <w:right w:w="120" w:type="dxa"/>
            </w:tcMar>
            <w:vAlign w:val="center"/>
          </w:tcPr>
          <w:p w14:paraId="7FC90AF0" w14:textId="77777777" w:rsidR="00711349" w:rsidRDefault="001851CA">
            <w:r>
              <w:rPr>
                <w:rFonts w:ascii="Arial" w:hAnsi="Arial"/>
                <w:sz w:val="20"/>
              </w:rPr>
              <w:t xml:space="preserve">Qualifying matches U-9, U-11, U-13, U-15 and U-17, K and S Versions (A/B </w:t>
            </w:r>
            <w:proofErr w:type="spellStart"/>
            <w:r>
              <w:rPr>
                <w:rFonts w:ascii="Arial" w:hAnsi="Arial"/>
                <w:sz w:val="20"/>
              </w:rPr>
              <w:t>Tatamee</w:t>
            </w:r>
            <w:proofErr w:type="spellEnd"/>
            <w:r>
              <w:rPr>
                <w:rFonts w:ascii="Arial" w:hAnsi="Arial"/>
                <w:sz w:val="20"/>
              </w:rPr>
              <w:t>)</w:t>
            </w:r>
          </w:p>
        </w:tc>
      </w:tr>
      <w:tr w:rsidR="00711349" w14:paraId="08F3D8DE" w14:textId="77777777">
        <w:trPr>
          <w:jc w:val="center"/>
        </w:trPr>
        <w:tc>
          <w:tcPr>
            <w:tcW w:w="2160" w:type="dxa"/>
            <w:shd w:val="clear" w:color="auto" w:fill="FFFFFF"/>
            <w:tcMar>
              <w:top w:w="100" w:type="dxa"/>
              <w:left w:w="120" w:type="dxa"/>
              <w:bottom w:w="100" w:type="dxa"/>
              <w:right w:w="120" w:type="dxa"/>
            </w:tcMar>
            <w:vAlign w:val="center"/>
          </w:tcPr>
          <w:p w14:paraId="754F1F94" w14:textId="77777777" w:rsidR="00711349" w:rsidRDefault="00711349"/>
        </w:tc>
        <w:tc>
          <w:tcPr>
            <w:tcW w:w="2160" w:type="dxa"/>
            <w:shd w:val="clear" w:color="auto" w:fill="FFFFFF"/>
            <w:tcMar>
              <w:top w:w="100" w:type="dxa"/>
              <w:left w:w="120" w:type="dxa"/>
              <w:bottom w:w="100" w:type="dxa"/>
              <w:right w:w="120" w:type="dxa"/>
            </w:tcMar>
            <w:vAlign w:val="center"/>
          </w:tcPr>
          <w:p w14:paraId="777B668D" w14:textId="77777777" w:rsidR="00711349" w:rsidRDefault="001851CA">
            <w:r>
              <w:rPr>
                <w:rFonts w:ascii="Arial" w:hAnsi="Arial"/>
                <w:sz w:val="20"/>
              </w:rPr>
              <w:t>09:00 - 13:00</w:t>
            </w:r>
          </w:p>
        </w:tc>
        <w:tc>
          <w:tcPr>
            <w:tcW w:w="5472" w:type="dxa"/>
            <w:shd w:val="clear" w:color="auto" w:fill="FFFFFF"/>
            <w:tcMar>
              <w:top w:w="100" w:type="dxa"/>
              <w:left w:w="120" w:type="dxa"/>
              <w:bottom w:w="100" w:type="dxa"/>
              <w:right w:w="120" w:type="dxa"/>
            </w:tcMar>
            <w:vAlign w:val="center"/>
          </w:tcPr>
          <w:p w14:paraId="541A1DBE" w14:textId="77777777" w:rsidR="00711349" w:rsidRDefault="001851CA">
            <w:r>
              <w:rPr>
                <w:rFonts w:ascii="Arial" w:hAnsi="Arial"/>
                <w:sz w:val="20"/>
              </w:rPr>
              <w:t xml:space="preserve">Qualifying matches C </w:t>
            </w:r>
            <w:proofErr w:type="spellStart"/>
            <w:r>
              <w:rPr>
                <w:rFonts w:ascii="Arial" w:hAnsi="Arial"/>
                <w:sz w:val="20"/>
              </w:rPr>
              <w:t>Tatamee</w:t>
            </w:r>
            <w:proofErr w:type="spellEnd"/>
            <w:r>
              <w:rPr>
                <w:rFonts w:ascii="Arial" w:hAnsi="Arial"/>
                <w:sz w:val="20"/>
              </w:rPr>
              <w:t xml:space="preserve"> (For the athletes in the </w:t>
            </w:r>
            <w:proofErr w:type="gramStart"/>
            <w:r>
              <w:rPr>
                <w:rFonts w:ascii="Arial" w:hAnsi="Arial"/>
                <w:sz w:val="20"/>
              </w:rPr>
              <w:t>class of the classification</w:t>
            </w:r>
            <w:proofErr w:type="gramEnd"/>
            <w:r>
              <w:rPr>
                <w:rFonts w:ascii="Arial" w:hAnsi="Arial"/>
                <w:sz w:val="20"/>
              </w:rPr>
              <w:t>) (*)</w:t>
            </w:r>
          </w:p>
        </w:tc>
      </w:tr>
      <w:tr w:rsidR="00711349" w14:paraId="25DF125E" w14:textId="77777777">
        <w:trPr>
          <w:jc w:val="center"/>
        </w:trPr>
        <w:tc>
          <w:tcPr>
            <w:tcW w:w="2160" w:type="dxa"/>
            <w:shd w:val="clear" w:color="auto" w:fill="F2F5F9"/>
            <w:tcMar>
              <w:top w:w="100" w:type="dxa"/>
              <w:left w:w="120" w:type="dxa"/>
              <w:bottom w:w="100" w:type="dxa"/>
              <w:right w:w="120" w:type="dxa"/>
            </w:tcMar>
            <w:vAlign w:val="center"/>
          </w:tcPr>
          <w:p w14:paraId="0DD38422" w14:textId="77777777" w:rsidR="00711349" w:rsidRDefault="00711349"/>
        </w:tc>
        <w:tc>
          <w:tcPr>
            <w:tcW w:w="2160" w:type="dxa"/>
            <w:shd w:val="clear" w:color="auto" w:fill="F2F5F9"/>
            <w:tcMar>
              <w:top w:w="100" w:type="dxa"/>
              <w:left w:w="120" w:type="dxa"/>
              <w:bottom w:w="100" w:type="dxa"/>
              <w:right w:w="120" w:type="dxa"/>
            </w:tcMar>
            <w:vAlign w:val="center"/>
          </w:tcPr>
          <w:p w14:paraId="0680CAC5" w14:textId="77777777" w:rsidR="00711349" w:rsidRDefault="001851CA">
            <w:r>
              <w:rPr>
                <w:rFonts w:ascii="Arial" w:hAnsi="Arial"/>
                <w:sz w:val="20"/>
              </w:rPr>
              <w:t>13:00 - 14:00</w:t>
            </w:r>
          </w:p>
        </w:tc>
        <w:tc>
          <w:tcPr>
            <w:tcW w:w="5472" w:type="dxa"/>
            <w:shd w:val="clear" w:color="auto" w:fill="F2F5F9"/>
            <w:tcMar>
              <w:top w:w="100" w:type="dxa"/>
              <w:left w:w="120" w:type="dxa"/>
              <w:bottom w:w="100" w:type="dxa"/>
              <w:right w:w="120" w:type="dxa"/>
            </w:tcMar>
            <w:vAlign w:val="center"/>
          </w:tcPr>
          <w:p w14:paraId="15EFA6CF" w14:textId="77777777" w:rsidR="00711349" w:rsidRDefault="001851CA">
            <w:r>
              <w:rPr>
                <w:rFonts w:ascii="Arial" w:hAnsi="Arial"/>
                <w:sz w:val="20"/>
              </w:rPr>
              <w:t>Meal Break</w:t>
            </w:r>
          </w:p>
        </w:tc>
      </w:tr>
      <w:tr w:rsidR="00711349" w14:paraId="353E7A5F" w14:textId="77777777">
        <w:trPr>
          <w:jc w:val="center"/>
        </w:trPr>
        <w:tc>
          <w:tcPr>
            <w:tcW w:w="2160" w:type="dxa"/>
            <w:shd w:val="clear" w:color="auto" w:fill="FFFFFF"/>
            <w:tcMar>
              <w:top w:w="100" w:type="dxa"/>
              <w:left w:w="120" w:type="dxa"/>
              <w:bottom w:w="100" w:type="dxa"/>
              <w:right w:w="120" w:type="dxa"/>
            </w:tcMar>
            <w:vAlign w:val="center"/>
          </w:tcPr>
          <w:p w14:paraId="79D05857" w14:textId="77777777" w:rsidR="00711349" w:rsidRDefault="00711349"/>
        </w:tc>
        <w:tc>
          <w:tcPr>
            <w:tcW w:w="2160" w:type="dxa"/>
            <w:shd w:val="clear" w:color="auto" w:fill="FFFFFF"/>
            <w:tcMar>
              <w:top w:w="100" w:type="dxa"/>
              <w:left w:w="120" w:type="dxa"/>
              <w:bottom w:w="100" w:type="dxa"/>
              <w:right w:w="120" w:type="dxa"/>
            </w:tcMar>
            <w:vAlign w:val="center"/>
          </w:tcPr>
          <w:p w14:paraId="48DA0AA6" w14:textId="77777777" w:rsidR="00711349" w:rsidRDefault="001851CA">
            <w:r>
              <w:rPr>
                <w:rFonts w:ascii="Arial" w:hAnsi="Arial"/>
                <w:sz w:val="20"/>
              </w:rPr>
              <w:t>14:00 - 16:00</w:t>
            </w:r>
          </w:p>
        </w:tc>
        <w:tc>
          <w:tcPr>
            <w:tcW w:w="5472" w:type="dxa"/>
            <w:shd w:val="clear" w:color="auto" w:fill="FFFFFF"/>
            <w:tcMar>
              <w:top w:w="100" w:type="dxa"/>
              <w:left w:w="120" w:type="dxa"/>
              <w:bottom w:w="100" w:type="dxa"/>
              <w:right w:w="120" w:type="dxa"/>
            </w:tcMar>
            <w:vAlign w:val="center"/>
          </w:tcPr>
          <w:p w14:paraId="6FD764AF" w14:textId="77777777" w:rsidR="00711349" w:rsidRDefault="001851CA">
            <w:r>
              <w:rPr>
                <w:rFonts w:ascii="Arial" w:hAnsi="Arial"/>
                <w:sz w:val="20"/>
              </w:rPr>
              <w:t xml:space="preserve">Semifinal and final matches C </w:t>
            </w:r>
            <w:proofErr w:type="spellStart"/>
            <w:r>
              <w:rPr>
                <w:rFonts w:ascii="Arial" w:hAnsi="Arial"/>
                <w:sz w:val="20"/>
              </w:rPr>
              <w:t>Tatamee</w:t>
            </w:r>
            <w:proofErr w:type="spellEnd"/>
            <w:r>
              <w:rPr>
                <w:rFonts w:ascii="Arial" w:hAnsi="Arial"/>
                <w:sz w:val="20"/>
              </w:rPr>
              <w:t>, K and S Versions (U-9, U-11, U-13, U-15, U-17)</w:t>
            </w:r>
          </w:p>
        </w:tc>
      </w:tr>
      <w:tr w:rsidR="00711349" w14:paraId="53173AAB" w14:textId="77777777">
        <w:trPr>
          <w:jc w:val="center"/>
        </w:trPr>
        <w:tc>
          <w:tcPr>
            <w:tcW w:w="2160" w:type="dxa"/>
            <w:shd w:val="clear" w:color="auto" w:fill="F2F5F9"/>
            <w:tcMar>
              <w:top w:w="100" w:type="dxa"/>
              <w:left w:w="120" w:type="dxa"/>
              <w:bottom w:w="100" w:type="dxa"/>
              <w:right w:w="120" w:type="dxa"/>
            </w:tcMar>
            <w:vAlign w:val="center"/>
          </w:tcPr>
          <w:p w14:paraId="38E95E76" w14:textId="77777777" w:rsidR="00711349" w:rsidRDefault="00711349"/>
        </w:tc>
        <w:tc>
          <w:tcPr>
            <w:tcW w:w="2160" w:type="dxa"/>
            <w:shd w:val="clear" w:color="auto" w:fill="F2F5F9"/>
            <w:tcMar>
              <w:top w:w="100" w:type="dxa"/>
              <w:left w:w="120" w:type="dxa"/>
              <w:bottom w:w="100" w:type="dxa"/>
              <w:right w:w="120" w:type="dxa"/>
            </w:tcMar>
            <w:vAlign w:val="center"/>
          </w:tcPr>
          <w:p w14:paraId="6BD9A770" w14:textId="77777777" w:rsidR="00711349" w:rsidRDefault="001851CA">
            <w:r>
              <w:rPr>
                <w:rFonts w:ascii="Arial" w:hAnsi="Arial"/>
                <w:sz w:val="20"/>
              </w:rPr>
              <w:t>14:00 - 18:00</w:t>
            </w:r>
          </w:p>
        </w:tc>
        <w:tc>
          <w:tcPr>
            <w:tcW w:w="5472" w:type="dxa"/>
            <w:shd w:val="clear" w:color="auto" w:fill="F2F5F9"/>
            <w:tcMar>
              <w:top w:w="100" w:type="dxa"/>
              <w:left w:w="120" w:type="dxa"/>
              <w:bottom w:w="100" w:type="dxa"/>
              <w:right w:w="120" w:type="dxa"/>
            </w:tcMar>
            <w:vAlign w:val="center"/>
          </w:tcPr>
          <w:p w14:paraId="17F953F9" w14:textId="77777777" w:rsidR="00711349" w:rsidRDefault="001851CA">
            <w:r>
              <w:rPr>
                <w:rFonts w:ascii="Arial" w:hAnsi="Arial"/>
                <w:sz w:val="20"/>
              </w:rPr>
              <w:t xml:space="preserve">Qualifying matches U-19 and Seniors, A/B </w:t>
            </w:r>
            <w:proofErr w:type="spellStart"/>
            <w:r>
              <w:rPr>
                <w:rFonts w:ascii="Arial" w:hAnsi="Arial"/>
                <w:sz w:val="20"/>
              </w:rPr>
              <w:t>Tatamee</w:t>
            </w:r>
            <w:proofErr w:type="spellEnd"/>
            <w:r>
              <w:rPr>
                <w:rFonts w:ascii="Arial" w:hAnsi="Arial"/>
                <w:sz w:val="20"/>
              </w:rPr>
              <w:t>, K and S Versions</w:t>
            </w:r>
          </w:p>
        </w:tc>
      </w:tr>
      <w:tr w:rsidR="00711349" w14:paraId="75D5304E" w14:textId="77777777">
        <w:trPr>
          <w:jc w:val="center"/>
        </w:trPr>
        <w:tc>
          <w:tcPr>
            <w:tcW w:w="2160" w:type="dxa"/>
            <w:shd w:val="clear" w:color="auto" w:fill="FFFFFF"/>
            <w:tcMar>
              <w:top w:w="100" w:type="dxa"/>
              <w:left w:w="120" w:type="dxa"/>
              <w:bottom w:w="100" w:type="dxa"/>
              <w:right w:w="120" w:type="dxa"/>
            </w:tcMar>
            <w:vAlign w:val="center"/>
          </w:tcPr>
          <w:p w14:paraId="3D328957" w14:textId="77777777" w:rsidR="00711349" w:rsidRDefault="00711349"/>
        </w:tc>
        <w:tc>
          <w:tcPr>
            <w:tcW w:w="2160" w:type="dxa"/>
            <w:shd w:val="clear" w:color="auto" w:fill="FFFFFF"/>
            <w:tcMar>
              <w:top w:w="100" w:type="dxa"/>
              <w:left w:w="120" w:type="dxa"/>
              <w:bottom w:w="100" w:type="dxa"/>
              <w:right w:w="120" w:type="dxa"/>
            </w:tcMar>
            <w:vAlign w:val="center"/>
          </w:tcPr>
          <w:p w14:paraId="56CB9290" w14:textId="77777777" w:rsidR="00711349" w:rsidRDefault="001851CA">
            <w:r>
              <w:rPr>
                <w:rFonts w:ascii="Arial" w:hAnsi="Arial"/>
                <w:sz w:val="20"/>
              </w:rPr>
              <w:t>16:00 - 18:00</w:t>
            </w:r>
          </w:p>
        </w:tc>
        <w:tc>
          <w:tcPr>
            <w:tcW w:w="5472" w:type="dxa"/>
            <w:shd w:val="clear" w:color="auto" w:fill="FFFFFF"/>
            <w:tcMar>
              <w:top w:w="100" w:type="dxa"/>
              <w:left w:w="120" w:type="dxa"/>
              <w:bottom w:w="100" w:type="dxa"/>
              <w:right w:w="120" w:type="dxa"/>
            </w:tcMar>
            <w:vAlign w:val="center"/>
          </w:tcPr>
          <w:p w14:paraId="5AC294D9" w14:textId="77777777" w:rsidR="00711349" w:rsidRDefault="001851CA">
            <w:r>
              <w:rPr>
                <w:rFonts w:ascii="Arial" w:hAnsi="Arial"/>
                <w:sz w:val="20"/>
              </w:rPr>
              <w:t>Award Ceremony (U-9, U-11, U-13, U-15, U-17)</w:t>
            </w:r>
          </w:p>
        </w:tc>
      </w:tr>
      <w:tr w:rsidR="00711349" w14:paraId="1621EE48" w14:textId="77777777">
        <w:trPr>
          <w:jc w:val="center"/>
        </w:trPr>
        <w:tc>
          <w:tcPr>
            <w:tcW w:w="2160" w:type="dxa"/>
            <w:shd w:val="clear" w:color="auto" w:fill="F2F5F9"/>
            <w:tcMar>
              <w:top w:w="100" w:type="dxa"/>
              <w:left w:w="120" w:type="dxa"/>
              <w:bottom w:w="100" w:type="dxa"/>
              <w:right w:w="120" w:type="dxa"/>
            </w:tcMar>
            <w:vAlign w:val="center"/>
          </w:tcPr>
          <w:p w14:paraId="0EAB1A9F" w14:textId="77777777" w:rsidR="00711349" w:rsidRDefault="00711349"/>
        </w:tc>
        <w:tc>
          <w:tcPr>
            <w:tcW w:w="2160" w:type="dxa"/>
            <w:shd w:val="clear" w:color="auto" w:fill="F2F5F9"/>
            <w:tcMar>
              <w:top w:w="100" w:type="dxa"/>
              <w:left w:w="120" w:type="dxa"/>
              <w:bottom w:w="100" w:type="dxa"/>
              <w:right w:w="120" w:type="dxa"/>
            </w:tcMar>
            <w:vAlign w:val="center"/>
          </w:tcPr>
          <w:p w14:paraId="55290A05" w14:textId="77777777" w:rsidR="00711349" w:rsidRDefault="001851CA">
            <w:r>
              <w:rPr>
                <w:rFonts w:ascii="Arial" w:hAnsi="Arial"/>
                <w:sz w:val="20"/>
              </w:rPr>
              <w:t>18:00 - 20:00</w:t>
            </w:r>
          </w:p>
        </w:tc>
        <w:tc>
          <w:tcPr>
            <w:tcW w:w="5472" w:type="dxa"/>
            <w:shd w:val="clear" w:color="auto" w:fill="F2F5F9"/>
            <w:tcMar>
              <w:top w:w="100" w:type="dxa"/>
              <w:left w:w="120" w:type="dxa"/>
              <w:bottom w:w="100" w:type="dxa"/>
              <w:right w:w="120" w:type="dxa"/>
            </w:tcMar>
            <w:vAlign w:val="center"/>
          </w:tcPr>
          <w:p w14:paraId="22724DDD" w14:textId="77777777" w:rsidR="00711349" w:rsidRDefault="001851CA">
            <w:proofErr w:type="spellStart"/>
            <w:r>
              <w:rPr>
                <w:rFonts w:ascii="Arial" w:hAnsi="Arial"/>
                <w:sz w:val="20"/>
              </w:rPr>
              <w:t>Semi final</w:t>
            </w:r>
            <w:proofErr w:type="spellEnd"/>
            <w:r>
              <w:rPr>
                <w:rFonts w:ascii="Arial" w:hAnsi="Arial"/>
                <w:sz w:val="20"/>
              </w:rPr>
              <w:t xml:space="preserve"> and final matches U-19 and Seniors, K and S Versions</w:t>
            </w:r>
          </w:p>
        </w:tc>
      </w:tr>
      <w:tr w:rsidR="00711349" w14:paraId="122E11CE" w14:textId="77777777">
        <w:trPr>
          <w:jc w:val="center"/>
        </w:trPr>
        <w:tc>
          <w:tcPr>
            <w:tcW w:w="2160" w:type="dxa"/>
            <w:shd w:val="clear" w:color="auto" w:fill="FFFFFF"/>
            <w:tcMar>
              <w:top w:w="100" w:type="dxa"/>
              <w:left w:w="120" w:type="dxa"/>
              <w:bottom w:w="100" w:type="dxa"/>
              <w:right w:w="120" w:type="dxa"/>
            </w:tcMar>
            <w:vAlign w:val="center"/>
          </w:tcPr>
          <w:p w14:paraId="2EBEEF36" w14:textId="77777777" w:rsidR="00711349" w:rsidRDefault="00711349"/>
        </w:tc>
        <w:tc>
          <w:tcPr>
            <w:tcW w:w="2160" w:type="dxa"/>
            <w:shd w:val="clear" w:color="auto" w:fill="FFFFFF"/>
            <w:tcMar>
              <w:top w:w="100" w:type="dxa"/>
              <w:left w:w="120" w:type="dxa"/>
              <w:bottom w:w="100" w:type="dxa"/>
              <w:right w:w="120" w:type="dxa"/>
            </w:tcMar>
            <w:vAlign w:val="center"/>
          </w:tcPr>
          <w:p w14:paraId="6DEBC727" w14:textId="77777777" w:rsidR="00711349" w:rsidRDefault="001851CA">
            <w:r>
              <w:rPr>
                <w:rFonts w:ascii="Arial" w:hAnsi="Arial"/>
                <w:sz w:val="20"/>
              </w:rPr>
              <w:t>19:00 - 20:00</w:t>
            </w:r>
          </w:p>
        </w:tc>
        <w:tc>
          <w:tcPr>
            <w:tcW w:w="5472" w:type="dxa"/>
            <w:shd w:val="clear" w:color="auto" w:fill="FFFFFF"/>
            <w:tcMar>
              <w:top w:w="100" w:type="dxa"/>
              <w:left w:w="120" w:type="dxa"/>
              <w:bottom w:w="100" w:type="dxa"/>
              <w:right w:w="120" w:type="dxa"/>
            </w:tcMar>
            <w:vAlign w:val="center"/>
          </w:tcPr>
          <w:p w14:paraId="09440986" w14:textId="77777777" w:rsidR="00711349" w:rsidRDefault="001851CA">
            <w:r>
              <w:rPr>
                <w:rFonts w:ascii="Arial" w:hAnsi="Arial"/>
                <w:sz w:val="20"/>
              </w:rPr>
              <w:t>Award Ceremony U-19 and Seniors, K and S Versions</w:t>
            </w:r>
          </w:p>
        </w:tc>
      </w:tr>
      <w:tr w:rsidR="00711349" w14:paraId="132C4D3C" w14:textId="77777777">
        <w:trPr>
          <w:jc w:val="center"/>
        </w:trPr>
        <w:tc>
          <w:tcPr>
            <w:tcW w:w="2160" w:type="dxa"/>
            <w:shd w:val="clear" w:color="auto" w:fill="F2F5F9"/>
            <w:tcMar>
              <w:top w:w="100" w:type="dxa"/>
              <w:left w:w="120" w:type="dxa"/>
              <w:bottom w:w="100" w:type="dxa"/>
              <w:right w:w="120" w:type="dxa"/>
            </w:tcMar>
            <w:vAlign w:val="center"/>
          </w:tcPr>
          <w:p w14:paraId="0C6DC130" w14:textId="77777777" w:rsidR="00711349" w:rsidRDefault="00711349"/>
        </w:tc>
        <w:tc>
          <w:tcPr>
            <w:tcW w:w="2160" w:type="dxa"/>
            <w:shd w:val="clear" w:color="auto" w:fill="F2F5F9"/>
            <w:tcMar>
              <w:top w:w="100" w:type="dxa"/>
              <w:left w:w="120" w:type="dxa"/>
              <w:bottom w:w="100" w:type="dxa"/>
              <w:right w:w="120" w:type="dxa"/>
            </w:tcMar>
            <w:vAlign w:val="center"/>
          </w:tcPr>
          <w:p w14:paraId="69990E80" w14:textId="77777777" w:rsidR="00711349" w:rsidRDefault="001851CA">
            <w:r>
              <w:rPr>
                <w:rFonts w:ascii="Arial" w:hAnsi="Arial"/>
                <w:sz w:val="20"/>
              </w:rPr>
              <w:t>20:00 - 20:30</w:t>
            </w:r>
          </w:p>
        </w:tc>
        <w:tc>
          <w:tcPr>
            <w:tcW w:w="5472" w:type="dxa"/>
            <w:shd w:val="clear" w:color="auto" w:fill="F2F5F9"/>
            <w:tcMar>
              <w:top w:w="100" w:type="dxa"/>
              <w:left w:w="120" w:type="dxa"/>
              <w:bottom w:w="100" w:type="dxa"/>
              <w:right w:w="120" w:type="dxa"/>
            </w:tcMar>
            <w:vAlign w:val="center"/>
          </w:tcPr>
          <w:p w14:paraId="2FCE29F4" w14:textId="77777777" w:rsidR="00711349" w:rsidRDefault="001851CA">
            <w:r>
              <w:rPr>
                <w:rFonts w:ascii="Arial" w:hAnsi="Arial"/>
                <w:sz w:val="20"/>
              </w:rPr>
              <w:t>Closing Ceremony</w:t>
            </w:r>
          </w:p>
        </w:tc>
      </w:tr>
      <w:tr w:rsidR="00711349" w14:paraId="0982720D" w14:textId="77777777">
        <w:trPr>
          <w:jc w:val="center"/>
        </w:trPr>
        <w:tc>
          <w:tcPr>
            <w:tcW w:w="2160" w:type="dxa"/>
            <w:shd w:val="clear" w:color="auto" w:fill="FFFFFF"/>
            <w:tcMar>
              <w:top w:w="100" w:type="dxa"/>
              <w:left w:w="120" w:type="dxa"/>
              <w:bottom w:w="100" w:type="dxa"/>
              <w:right w:w="120" w:type="dxa"/>
            </w:tcMar>
            <w:vAlign w:val="center"/>
          </w:tcPr>
          <w:p w14:paraId="259BB73D" w14:textId="4AC9F2EC" w:rsidR="00711349" w:rsidRDefault="009333CA">
            <w:r>
              <w:rPr>
                <w:rFonts w:ascii="Arial" w:hAnsi="Arial"/>
                <w:b/>
                <w:color w:val="14233C"/>
                <w:sz w:val="20"/>
              </w:rPr>
              <w:t>06.12.2026</w:t>
            </w:r>
          </w:p>
        </w:tc>
        <w:tc>
          <w:tcPr>
            <w:tcW w:w="2160" w:type="dxa"/>
            <w:shd w:val="clear" w:color="auto" w:fill="FFFFFF"/>
            <w:tcMar>
              <w:top w:w="100" w:type="dxa"/>
              <w:left w:w="120" w:type="dxa"/>
              <w:bottom w:w="100" w:type="dxa"/>
              <w:right w:w="120" w:type="dxa"/>
            </w:tcMar>
            <w:vAlign w:val="center"/>
          </w:tcPr>
          <w:p w14:paraId="61D15ABA" w14:textId="77777777" w:rsidR="00711349" w:rsidRDefault="001851CA">
            <w:r>
              <w:rPr>
                <w:rFonts w:ascii="Arial" w:hAnsi="Arial"/>
                <w:sz w:val="20"/>
              </w:rPr>
              <w:t>11:00 - 13:00</w:t>
            </w:r>
          </w:p>
        </w:tc>
        <w:tc>
          <w:tcPr>
            <w:tcW w:w="5472" w:type="dxa"/>
            <w:shd w:val="clear" w:color="auto" w:fill="FFFFFF"/>
            <w:tcMar>
              <w:top w:w="100" w:type="dxa"/>
              <w:left w:w="120" w:type="dxa"/>
              <w:bottom w:w="100" w:type="dxa"/>
              <w:right w:w="120" w:type="dxa"/>
            </w:tcMar>
            <w:vAlign w:val="center"/>
          </w:tcPr>
          <w:p w14:paraId="37927AEC" w14:textId="77777777" w:rsidR="00711349" w:rsidRDefault="001851CA">
            <w:r>
              <w:rPr>
                <w:rFonts w:ascii="Arial" w:hAnsi="Arial"/>
                <w:sz w:val="20"/>
              </w:rPr>
              <w:t xml:space="preserve">City and Bosphorus Trip by Ferry (For this, </w:t>
            </w:r>
            <w:proofErr w:type="gramStart"/>
            <w:r>
              <w:rPr>
                <w:rFonts w:ascii="Arial" w:hAnsi="Arial"/>
                <w:sz w:val="20"/>
              </w:rPr>
              <w:t>participant</w:t>
            </w:r>
            <w:proofErr w:type="gramEnd"/>
            <w:r>
              <w:rPr>
                <w:rFonts w:ascii="Arial" w:hAnsi="Arial"/>
                <w:sz w:val="20"/>
              </w:rPr>
              <w:t xml:space="preserve"> must pay an additional fee. The fee will be determined later)</w:t>
            </w:r>
          </w:p>
        </w:tc>
      </w:tr>
      <w:tr w:rsidR="00711349" w14:paraId="0BDB7ACB" w14:textId="77777777">
        <w:trPr>
          <w:jc w:val="center"/>
        </w:trPr>
        <w:tc>
          <w:tcPr>
            <w:tcW w:w="2160" w:type="dxa"/>
            <w:shd w:val="clear" w:color="auto" w:fill="F2F5F9"/>
            <w:tcMar>
              <w:top w:w="100" w:type="dxa"/>
              <w:left w:w="120" w:type="dxa"/>
              <w:bottom w:w="100" w:type="dxa"/>
              <w:right w:w="120" w:type="dxa"/>
            </w:tcMar>
            <w:vAlign w:val="center"/>
          </w:tcPr>
          <w:p w14:paraId="6C5E06AE" w14:textId="77777777" w:rsidR="00711349" w:rsidRDefault="00711349"/>
        </w:tc>
        <w:tc>
          <w:tcPr>
            <w:tcW w:w="2160" w:type="dxa"/>
            <w:shd w:val="clear" w:color="auto" w:fill="F2F5F9"/>
            <w:tcMar>
              <w:top w:w="100" w:type="dxa"/>
              <w:left w:w="120" w:type="dxa"/>
              <w:bottom w:w="100" w:type="dxa"/>
              <w:right w:w="120" w:type="dxa"/>
            </w:tcMar>
            <w:vAlign w:val="center"/>
          </w:tcPr>
          <w:p w14:paraId="6E33369F" w14:textId="77777777" w:rsidR="00711349" w:rsidRDefault="001851CA">
            <w:r>
              <w:rPr>
                <w:rFonts w:ascii="Arial" w:hAnsi="Arial"/>
                <w:sz w:val="20"/>
              </w:rPr>
              <w:t>14:00 - 23:59</w:t>
            </w:r>
          </w:p>
        </w:tc>
        <w:tc>
          <w:tcPr>
            <w:tcW w:w="5472" w:type="dxa"/>
            <w:shd w:val="clear" w:color="auto" w:fill="F2F5F9"/>
            <w:tcMar>
              <w:top w:w="100" w:type="dxa"/>
              <w:left w:w="120" w:type="dxa"/>
              <w:bottom w:w="100" w:type="dxa"/>
              <w:right w:w="120" w:type="dxa"/>
            </w:tcMar>
            <w:vAlign w:val="center"/>
          </w:tcPr>
          <w:p w14:paraId="3DC363E1" w14:textId="77777777" w:rsidR="00711349" w:rsidRDefault="001851CA">
            <w:r>
              <w:rPr>
                <w:rFonts w:ascii="Arial" w:hAnsi="Arial"/>
                <w:sz w:val="20"/>
              </w:rPr>
              <w:t>The return of the National Teams</w:t>
            </w:r>
          </w:p>
        </w:tc>
      </w:tr>
    </w:tbl>
    <w:p w14:paraId="7E027F3B" w14:textId="77777777" w:rsidR="00711349" w:rsidRDefault="00711349"/>
    <w:p w14:paraId="40D7F132" w14:textId="77777777" w:rsidR="00711349" w:rsidRDefault="001851CA">
      <w:r>
        <w:rPr>
          <w:rFonts w:ascii="Arial" w:hAnsi="Arial"/>
          <w:b/>
          <w:color w:val="B42828"/>
          <w:sz w:val="19"/>
        </w:rPr>
        <w:t xml:space="preserve">Note (*): </w:t>
      </w:r>
      <w:r>
        <w:rPr>
          <w:rFonts w:ascii="Arial" w:hAnsi="Arial"/>
          <w:i/>
          <w:color w:val="505050"/>
          <w:sz w:val="19"/>
        </w:rPr>
        <w:t>Only local athletes can participate in competitions in this category. The medals and trophies won by athletes in this category will not change the ranking of the Country organizing the tournament.</w:t>
      </w:r>
    </w:p>
    <w:sectPr w:rsidR="00711349"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60320871">
    <w:abstractNumId w:val="8"/>
  </w:num>
  <w:num w:numId="2" w16cid:durableId="837037207">
    <w:abstractNumId w:val="6"/>
  </w:num>
  <w:num w:numId="3" w16cid:durableId="904604991">
    <w:abstractNumId w:val="5"/>
  </w:num>
  <w:num w:numId="4" w16cid:durableId="1360661756">
    <w:abstractNumId w:val="4"/>
  </w:num>
  <w:num w:numId="5" w16cid:durableId="1821455381">
    <w:abstractNumId w:val="7"/>
  </w:num>
  <w:num w:numId="6" w16cid:durableId="410389123">
    <w:abstractNumId w:val="3"/>
  </w:num>
  <w:num w:numId="7" w16cid:durableId="773668342">
    <w:abstractNumId w:val="2"/>
  </w:num>
  <w:num w:numId="8" w16cid:durableId="343364273">
    <w:abstractNumId w:val="1"/>
  </w:num>
  <w:num w:numId="9" w16cid:durableId="1898930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51CA"/>
    <w:rsid w:val="0029639D"/>
    <w:rsid w:val="003239C8"/>
    <w:rsid w:val="00326F90"/>
    <w:rsid w:val="006550D0"/>
    <w:rsid w:val="00711349"/>
    <w:rsid w:val="0076755F"/>
    <w:rsid w:val="009333CA"/>
    <w:rsid w:val="00AA1D8D"/>
    <w:rsid w:val="00B47730"/>
    <w:rsid w:val="00C22E96"/>
    <w:rsid w:val="00CB0664"/>
    <w:rsid w:val="00E758D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1DC8F1"/>
  <w14:defaultImageDpi w14:val="300"/>
  <w15:docId w15:val="{4E704436-2691-E34D-9AEB-89FF01078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230</Words>
  <Characters>1316</Characters>
  <Application>Microsoft Office Word</Application>
  <DocSecurity>0</DocSecurity>
  <Lines>10</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Lenovo</cp:lastModifiedBy>
  <cp:revision>3</cp:revision>
  <dcterms:created xsi:type="dcterms:W3CDTF">2026-08-28T08:03:00Z</dcterms:created>
  <dcterms:modified xsi:type="dcterms:W3CDTF">2026-08-28T08:06:00Z</dcterms:modified>
  <cp:category/>
</cp:coreProperties>
</file>